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2F657" w14:textId="77777777" w:rsidR="00AC1B0F" w:rsidRPr="00137A67" w:rsidRDefault="00DC259E" w:rsidP="00DC259E">
      <w:pPr>
        <w:pBdr>
          <w:bottom w:val="single" w:sz="4" w:space="1" w:color="auto"/>
        </w:pBdr>
        <w:rPr>
          <w:rFonts w:asciiTheme="majorBidi" w:hAnsiTheme="majorBidi" w:cstheme="majorBidi"/>
        </w:rPr>
      </w:pPr>
      <w:r w:rsidRPr="00137A67">
        <w:rPr>
          <w:rFonts w:asciiTheme="majorBidi" w:hAnsiTheme="majorBidi" w:cstheme="majorBidi"/>
          <w:b/>
          <w:sz w:val="28"/>
        </w:rPr>
        <w:t xml:space="preserve">Sunday: </w:t>
      </w:r>
      <w:r w:rsidR="002C0484" w:rsidRPr="00137A67">
        <w:rPr>
          <w:rFonts w:asciiTheme="majorBidi" w:hAnsiTheme="majorBidi" w:cstheme="majorBidi"/>
          <w:b/>
          <w:sz w:val="28"/>
        </w:rPr>
        <w:t xml:space="preserve"> Rectangle Area and Perimeter</w:t>
      </w:r>
    </w:p>
    <w:p w14:paraId="039B230B" w14:textId="77777777" w:rsidR="0042147C" w:rsidRPr="0042147C" w:rsidRDefault="0042147C" w:rsidP="004214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2147C">
        <w:rPr>
          <w:rFonts w:ascii="Times New Roman" w:eastAsia="Times New Roman" w:hAnsi="Times New Roman" w:cs="Times New Roman"/>
          <w:sz w:val="24"/>
          <w:szCs w:val="24"/>
          <w:lang w:val="en-SA"/>
        </w:rPr>
        <w:t>Write a Python program to calculate the area and perimeter of a rectangle given its length and width.</w:t>
      </w:r>
    </w:p>
    <w:p w14:paraId="719BFCFD" w14:textId="2A3669C9" w:rsidR="0042147C" w:rsidRPr="0042147C" w:rsidRDefault="0042147C" w:rsidP="004214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2147C">
        <w:rPr>
          <w:rFonts w:ascii="Times New Roman" w:eastAsia="Times New Roman" w:hAnsi="Times New Roman" w:cs="Times New Roman"/>
          <w:b/>
          <w:bCs/>
          <w:sz w:val="24"/>
          <w:szCs w:val="24"/>
          <w:lang w:val="en-SA"/>
        </w:rPr>
        <w:t>Given:</w:t>
      </w:r>
      <w:r w:rsidRPr="0042147C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Length = 15, Width = 8</w:t>
      </w:r>
      <w:r w:rsidR="00462C78">
        <w:rPr>
          <w:rFonts w:ascii="Times New Roman" w:eastAsia="Times New Roman" w:hAnsi="Times New Roman" w:cs="Times New Roman"/>
          <w:sz w:val="24"/>
          <w:szCs w:val="24"/>
          <w:lang w:val="en-SA"/>
        </w:rPr>
        <w:t>.</w:t>
      </w:r>
      <w:r w:rsidRPr="0042147C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</w:t>
      </w:r>
    </w:p>
    <w:p w14:paraId="08456542" w14:textId="77777777" w:rsidR="0042147C" w:rsidRPr="0042147C" w:rsidRDefault="0042147C" w:rsidP="0042147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2147C">
        <w:rPr>
          <w:rFonts w:ascii="Times New Roman" w:eastAsia="Times New Roman" w:hAnsi="Times New Roman" w:cs="Times New Roman"/>
          <w:b/>
          <w:bCs/>
          <w:sz w:val="24"/>
          <w:szCs w:val="24"/>
          <w:lang w:val="en-SA"/>
        </w:rPr>
        <w:t>Formulas:</w:t>
      </w:r>
      <w:r w:rsidRPr="0042147C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</w:t>
      </w:r>
    </w:p>
    <w:p w14:paraId="694A4574" w14:textId="77777777" w:rsidR="0042147C" w:rsidRPr="0042147C" w:rsidRDefault="0042147C" w:rsidP="0042147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2147C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Area = Length × Width </w:t>
      </w:r>
    </w:p>
    <w:p w14:paraId="615760FC" w14:textId="77777777" w:rsidR="0042147C" w:rsidRPr="0042147C" w:rsidRDefault="0042147C" w:rsidP="0042147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2147C">
        <w:rPr>
          <w:rFonts w:ascii="Times New Roman" w:eastAsia="Times New Roman" w:hAnsi="Times New Roman" w:cs="Times New Roman"/>
          <w:sz w:val="24"/>
          <w:szCs w:val="24"/>
          <w:lang w:val="en-SA"/>
        </w:rPr>
        <w:t>Perimeter = 2 × (Length + Width)</w:t>
      </w:r>
    </w:p>
    <w:p w14:paraId="10203559" w14:textId="72811DE5" w:rsidR="00AC1B0F" w:rsidRPr="0042147C" w:rsidRDefault="002C0484">
      <w:pPr>
        <w:rPr>
          <w:rFonts w:ascii="Times New Roman" w:hAnsi="Times New Roman" w:cs="Times New Roman"/>
        </w:rPr>
      </w:pPr>
      <w:r w:rsidRPr="0042147C">
        <w:rPr>
          <w:rFonts w:ascii="Times New Roman" w:hAnsi="Times New Roman" w:cs="Times New Roman"/>
          <w:b/>
        </w:rPr>
        <w:t>Sample Run:</w:t>
      </w:r>
    </w:p>
    <w:p w14:paraId="0B3B0EE2" w14:textId="70640B25" w:rsidR="00AC1B0F" w:rsidRPr="0042147C" w:rsidRDefault="002C0484" w:rsidP="0042147C">
      <w:pPr>
        <w:spacing w:after="160"/>
        <w:rPr>
          <w:rFonts w:ascii="Courier New" w:hAnsi="Courier New" w:cs="Courier New"/>
        </w:rPr>
      </w:pPr>
      <w:r w:rsidRPr="00DC259E">
        <w:rPr>
          <w:rFonts w:ascii="Courier New" w:hAnsi="Courier New" w:cs="Courier New"/>
        </w:rPr>
        <w:t>Area = 120</w:t>
      </w:r>
      <w:r w:rsidRPr="00DC259E">
        <w:rPr>
          <w:rFonts w:ascii="Courier New" w:hAnsi="Courier New" w:cs="Courier New"/>
        </w:rPr>
        <w:br/>
        <w:t>Perimeter = 46</w:t>
      </w:r>
      <w:r>
        <w:br w:type="page"/>
      </w:r>
    </w:p>
    <w:p w14:paraId="73B69DFC" w14:textId="77777777" w:rsidR="00AC1B0F" w:rsidRPr="00137A67" w:rsidRDefault="00DC259E" w:rsidP="00DC259E">
      <w:pPr>
        <w:pBdr>
          <w:bottom w:val="single" w:sz="4" w:space="1" w:color="auto"/>
        </w:pBdr>
        <w:rPr>
          <w:rFonts w:asciiTheme="majorBidi" w:hAnsiTheme="majorBidi" w:cstheme="majorBidi"/>
        </w:rPr>
      </w:pPr>
      <w:r w:rsidRPr="00137A67">
        <w:rPr>
          <w:rFonts w:asciiTheme="majorBidi" w:hAnsiTheme="majorBidi" w:cstheme="majorBidi"/>
          <w:b/>
          <w:sz w:val="28"/>
        </w:rPr>
        <w:lastRenderedPageBreak/>
        <w:t>Monday:</w:t>
      </w:r>
      <w:r w:rsidR="002C0484" w:rsidRPr="00137A67">
        <w:rPr>
          <w:rFonts w:asciiTheme="majorBidi" w:hAnsiTheme="majorBidi" w:cstheme="majorBidi"/>
          <w:b/>
          <w:sz w:val="28"/>
        </w:rPr>
        <w:t xml:space="preserve"> Circle Area and Circumference</w:t>
      </w:r>
    </w:p>
    <w:p w14:paraId="2F761B41" w14:textId="77777777" w:rsidR="00462C78" w:rsidRPr="00462C78" w:rsidRDefault="00462C78" w:rsidP="00462C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>Write a Python program to calculate the area and circumference of a circle.</w:t>
      </w:r>
    </w:p>
    <w:p w14:paraId="61005B83" w14:textId="6A4D1548" w:rsidR="00462C78" w:rsidRPr="00462C78" w:rsidRDefault="00462C78" w:rsidP="00462C7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b/>
          <w:bCs/>
          <w:sz w:val="24"/>
          <w:szCs w:val="24"/>
          <w:lang w:val="en-SA"/>
        </w:rPr>
        <w:t>Given: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SA"/>
        </w:rPr>
        <w:t>r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>adius = 7, π = 3.1416</w:t>
      </w:r>
      <w:r>
        <w:rPr>
          <w:rFonts w:ascii="Times New Roman" w:eastAsia="Times New Roman" w:hAnsi="Times New Roman" w:cs="Times New Roman"/>
          <w:sz w:val="24"/>
          <w:szCs w:val="24"/>
          <w:lang w:val="en-SA"/>
        </w:rPr>
        <w:t>.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</w:t>
      </w:r>
    </w:p>
    <w:p w14:paraId="65C394B1" w14:textId="77777777" w:rsidR="00462C78" w:rsidRPr="00462C78" w:rsidRDefault="00462C78" w:rsidP="00462C7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b/>
          <w:bCs/>
          <w:sz w:val="24"/>
          <w:szCs w:val="24"/>
          <w:lang w:val="en-SA"/>
        </w:rPr>
        <w:t>Formulas: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</w:t>
      </w:r>
    </w:p>
    <w:p w14:paraId="1B2C3DEB" w14:textId="1999F3F9" w:rsidR="00462C78" w:rsidRPr="00462C78" w:rsidRDefault="00462C78" w:rsidP="00462C7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Area = π × </w:t>
      </w:r>
      <w:r>
        <w:rPr>
          <w:rFonts w:ascii="Times New Roman" w:eastAsia="Times New Roman" w:hAnsi="Times New Roman" w:cs="Times New Roman"/>
          <w:sz w:val="24"/>
          <w:szCs w:val="24"/>
          <w:lang w:val="en-SA"/>
        </w:rPr>
        <w:t>r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adius² </w:t>
      </w:r>
    </w:p>
    <w:p w14:paraId="0B501E44" w14:textId="7867E0BE" w:rsidR="00462C78" w:rsidRPr="00462C78" w:rsidRDefault="00462C78" w:rsidP="00462C7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Circumference = 2 × π × </w:t>
      </w:r>
      <w:r>
        <w:rPr>
          <w:rFonts w:ascii="Times New Roman" w:eastAsia="Times New Roman" w:hAnsi="Times New Roman" w:cs="Times New Roman"/>
          <w:sz w:val="24"/>
          <w:szCs w:val="24"/>
          <w:lang w:val="en-SA"/>
        </w:rPr>
        <w:t>r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>adius</w:t>
      </w:r>
    </w:p>
    <w:p w14:paraId="522D7239" w14:textId="7CF0C7B0" w:rsidR="00AC1B0F" w:rsidRPr="0042147C" w:rsidRDefault="002C0484">
      <w:pPr>
        <w:rPr>
          <w:rFonts w:ascii="Times New Roman" w:hAnsi="Times New Roman" w:cs="Times New Roman"/>
        </w:rPr>
      </w:pPr>
      <w:r w:rsidRPr="0042147C">
        <w:rPr>
          <w:rFonts w:ascii="Times New Roman" w:hAnsi="Times New Roman" w:cs="Times New Roman"/>
          <w:b/>
        </w:rPr>
        <w:t>Sample Run:</w:t>
      </w:r>
    </w:p>
    <w:p w14:paraId="3483C747" w14:textId="77777777" w:rsidR="00AC1B0F" w:rsidRPr="0040598A" w:rsidRDefault="002C0484">
      <w:pPr>
        <w:spacing w:after="160"/>
        <w:rPr>
          <w:rFonts w:ascii="Courier New" w:hAnsi="Courier New" w:cs="Courier New"/>
        </w:rPr>
      </w:pPr>
      <w:r w:rsidRPr="0040598A">
        <w:rPr>
          <w:rFonts w:ascii="Courier New" w:hAnsi="Courier New" w:cs="Courier New"/>
        </w:rPr>
        <w:t>Area = 153.9384</w:t>
      </w:r>
      <w:r w:rsidRPr="0040598A">
        <w:rPr>
          <w:rFonts w:ascii="Courier New" w:hAnsi="Courier New" w:cs="Courier New"/>
        </w:rPr>
        <w:br/>
        <w:t>Circumference = 43.9824</w:t>
      </w:r>
    </w:p>
    <w:p w14:paraId="639740AA" w14:textId="77777777" w:rsidR="00AC1B0F" w:rsidRDefault="002C0484">
      <w:r>
        <w:br w:type="page"/>
      </w:r>
    </w:p>
    <w:p w14:paraId="3C98A847" w14:textId="77777777" w:rsidR="00AC1B0F" w:rsidRPr="009964A4" w:rsidRDefault="00137A67" w:rsidP="009964A4">
      <w:pPr>
        <w:pBdr>
          <w:bottom w:val="single" w:sz="4" w:space="1" w:color="auto"/>
        </w:pBdr>
        <w:rPr>
          <w:rFonts w:asciiTheme="majorBidi" w:hAnsiTheme="majorBidi" w:cstheme="majorBidi"/>
          <w:b/>
          <w:sz w:val="28"/>
        </w:rPr>
      </w:pPr>
      <w:r w:rsidRPr="009964A4">
        <w:rPr>
          <w:rFonts w:asciiTheme="majorBidi" w:hAnsiTheme="majorBidi" w:cstheme="majorBidi"/>
          <w:b/>
          <w:sz w:val="28"/>
        </w:rPr>
        <w:lastRenderedPageBreak/>
        <w:t>Tuesday:</w:t>
      </w:r>
      <w:r w:rsidR="002C0484" w:rsidRPr="009964A4">
        <w:rPr>
          <w:rFonts w:asciiTheme="majorBidi" w:hAnsiTheme="majorBidi" w:cstheme="majorBidi"/>
          <w:b/>
          <w:sz w:val="28"/>
        </w:rPr>
        <w:t xml:space="preserve"> Sum of Digits of a Two-Digit Number</w:t>
      </w:r>
    </w:p>
    <w:p w14:paraId="75488631" w14:textId="77777777" w:rsidR="00462C78" w:rsidRPr="00462C78" w:rsidRDefault="00462C78" w:rsidP="00462C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Write a Python program to calculate the sum of the digits of a given two-digit number using the </w:t>
      </w:r>
      <w:r w:rsidRPr="00462C78">
        <w:rPr>
          <w:rFonts w:ascii="Courier New" w:eastAsia="Times New Roman" w:hAnsi="Courier New" w:cs="Courier New"/>
          <w:sz w:val="20"/>
          <w:szCs w:val="20"/>
          <w:lang w:val="en-SA"/>
        </w:rPr>
        <w:t>%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and </w:t>
      </w:r>
      <w:r w:rsidRPr="00462C78">
        <w:rPr>
          <w:rFonts w:ascii="Courier New" w:eastAsia="Times New Roman" w:hAnsi="Courier New" w:cs="Courier New"/>
          <w:sz w:val="20"/>
          <w:szCs w:val="20"/>
          <w:lang w:val="en-SA"/>
        </w:rPr>
        <w:t>//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operators.</w:t>
      </w:r>
    </w:p>
    <w:p w14:paraId="7A50F969" w14:textId="17672041" w:rsidR="00462C78" w:rsidRPr="00462C78" w:rsidRDefault="00462C78" w:rsidP="00462C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b/>
          <w:bCs/>
          <w:sz w:val="24"/>
          <w:szCs w:val="24"/>
          <w:lang w:val="en-SA"/>
        </w:rPr>
        <w:t>Given: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SA"/>
        </w:rPr>
        <w:t>n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>umber = 42</w:t>
      </w:r>
      <w:r>
        <w:rPr>
          <w:rFonts w:ascii="Times New Roman" w:eastAsia="Times New Roman" w:hAnsi="Times New Roman" w:cs="Times New Roman"/>
          <w:sz w:val="24"/>
          <w:szCs w:val="24"/>
          <w:lang w:val="en-SA"/>
        </w:rPr>
        <w:t>.</w:t>
      </w:r>
    </w:p>
    <w:p w14:paraId="0EA98ED4" w14:textId="05502A9F" w:rsidR="00AC1B0F" w:rsidRPr="0042147C" w:rsidRDefault="002C0484">
      <w:pPr>
        <w:rPr>
          <w:rFonts w:asciiTheme="majorBidi" w:hAnsiTheme="majorBidi" w:cstheme="majorBidi"/>
        </w:rPr>
      </w:pPr>
      <w:r w:rsidRPr="0042147C">
        <w:rPr>
          <w:rFonts w:asciiTheme="majorBidi" w:hAnsiTheme="majorBidi" w:cstheme="majorBidi"/>
          <w:b/>
        </w:rPr>
        <w:t>Sample Run:</w:t>
      </w:r>
    </w:p>
    <w:p w14:paraId="19D91D8E" w14:textId="77777777" w:rsidR="00AC1B0F" w:rsidRPr="00137A67" w:rsidRDefault="002C0484">
      <w:pPr>
        <w:spacing w:after="160"/>
        <w:rPr>
          <w:rFonts w:ascii="Courier New" w:hAnsi="Courier New" w:cs="Courier New"/>
        </w:rPr>
      </w:pPr>
      <w:r w:rsidRPr="00137A67">
        <w:rPr>
          <w:rFonts w:ascii="Courier New" w:hAnsi="Courier New" w:cs="Courier New"/>
        </w:rPr>
        <w:t>Sum of digits = 6</w:t>
      </w:r>
    </w:p>
    <w:p w14:paraId="5B81ECD1" w14:textId="77777777" w:rsidR="00AC1B0F" w:rsidRDefault="002C0484">
      <w:r>
        <w:br w:type="page"/>
      </w:r>
    </w:p>
    <w:p w14:paraId="2266EEBC" w14:textId="77777777" w:rsidR="00AC1B0F" w:rsidRPr="009964A4" w:rsidRDefault="009964A4" w:rsidP="009964A4">
      <w:pPr>
        <w:pBdr>
          <w:bottom w:val="single" w:sz="4" w:space="1" w:color="auto"/>
        </w:pBdr>
        <w:rPr>
          <w:rFonts w:asciiTheme="majorBidi" w:hAnsiTheme="majorBidi" w:cstheme="majorBidi"/>
          <w:b/>
          <w:sz w:val="28"/>
        </w:rPr>
      </w:pPr>
      <w:r>
        <w:rPr>
          <w:rFonts w:asciiTheme="majorBidi" w:hAnsiTheme="majorBidi" w:cstheme="majorBidi"/>
          <w:b/>
          <w:sz w:val="28"/>
        </w:rPr>
        <w:lastRenderedPageBreak/>
        <w:t xml:space="preserve">Wednesday: </w:t>
      </w:r>
      <w:r w:rsidR="002C0484" w:rsidRPr="009964A4">
        <w:rPr>
          <w:rFonts w:asciiTheme="majorBidi" w:hAnsiTheme="majorBidi" w:cstheme="majorBidi"/>
          <w:b/>
          <w:sz w:val="28"/>
        </w:rPr>
        <w:t xml:space="preserve"> Celsius to Fahrenheit Conversion</w:t>
      </w:r>
    </w:p>
    <w:p w14:paraId="575C3143" w14:textId="77777777" w:rsidR="00462C78" w:rsidRPr="00462C78" w:rsidRDefault="00462C78" w:rsidP="00462C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>Write a Python program to convert a temperature from degrees Celsius to degrees Fahrenheit.</w:t>
      </w:r>
    </w:p>
    <w:p w14:paraId="06DAAF4F" w14:textId="087F5185" w:rsidR="00462C78" w:rsidRPr="00462C78" w:rsidRDefault="00462C78" w:rsidP="00462C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b/>
          <w:bCs/>
          <w:sz w:val="24"/>
          <w:szCs w:val="24"/>
          <w:lang w:val="en-SA"/>
        </w:rPr>
        <w:t>Given: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SA"/>
        </w:rPr>
        <w:t>c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>elsius = 40</w:t>
      </w:r>
      <w:r>
        <w:rPr>
          <w:rFonts w:ascii="Times New Roman" w:eastAsia="Times New Roman" w:hAnsi="Times New Roman" w:cs="Times New Roman"/>
          <w:sz w:val="24"/>
          <w:szCs w:val="24"/>
          <w:lang w:val="en-SA"/>
        </w:rPr>
        <w:t>.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</w:t>
      </w:r>
    </w:p>
    <w:p w14:paraId="0E84269F" w14:textId="77777777" w:rsidR="00462C78" w:rsidRPr="00462C78" w:rsidRDefault="00462C78" w:rsidP="00462C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b/>
          <w:bCs/>
          <w:sz w:val="24"/>
          <w:szCs w:val="24"/>
          <w:lang w:val="en-SA"/>
        </w:rPr>
        <w:t>Formula: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</w:t>
      </w:r>
    </w:p>
    <w:p w14:paraId="7ECA48B9" w14:textId="71358E47" w:rsidR="00462C78" w:rsidRPr="00462C78" w:rsidRDefault="00462C78" w:rsidP="00462C78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>Fahrenheit = (</w:t>
      </w:r>
      <w:r>
        <w:rPr>
          <w:rFonts w:ascii="Times New Roman" w:eastAsia="Times New Roman" w:hAnsi="Times New Roman" w:cs="Times New Roman"/>
          <w:sz w:val="24"/>
          <w:szCs w:val="24"/>
          <w:lang w:val="en-SA"/>
        </w:rPr>
        <w:t>c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>elsius × 9/5) + 32</w:t>
      </w:r>
    </w:p>
    <w:p w14:paraId="208CB199" w14:textId="75C50A48" w:rsidR="00AC1B0F" w:rsidRPr="0042147C" w:rsidRDefault="002C0484" w:rsidP="009964A4">
      <w:pPr>
        <w:spacing w:after="120"/>
        <w:rPr>
          <w:rFonts w:asciiTheme="majorBidi" w:hAnsiTheme="majorBidi" w:cstheme="majorBidi"/>
          <w:b/>
        </w:rPr>
      </w:pPr>
      <w:r w:rsidRPr="0042147C">
        <w:rPr>
          <w:rFonts w:asciiTheme="majorBidi" w:hAnsiTheme="majorBidi" w:cstheme="majorBidi"/>
          <w:b/>
        </w:rPr>
        <w:t>Sample Run:</w:t>
      </w:r>
    </w:p>
    <w:p w14:paraId="50860549" w14:textId="77777777" w:rsidR="00AC1B0F" w:rsidRPr="009964A4" w:rsidRDefault="002C0484">
      <w:pPr>
        <w:spacing w:after="160"/>
        <w:rPr>
          <w:rFonts w:ascii="Courier New" w:hAnsi="Courier New" w:cs="Courier New"/>
        </w:rPr>
      </w:pPr>
      <w:r w:rsidRPr="009964A4">
        <w:rPr>
          <w:rFonts w:ascii="Courier New" w:hAnsi="Courier New" w:cs="Courier New"/>
        </w:rPr>
        <w:t>Fahrenheit = 104.0</w:t>
      </w:r>
    </w:p>
    <w:p w14:paraId="738CB8BF" w14:textId="77777777" w:rsidR="00AC1B0F" w:rsidRDefault="002C0484">
      <w:r>
        <w:br w:type="page"/>
      </w:r>
    </w:p>
    <w:p w14:paraId="78987E54" w14:textId="77777777" w:rsidR="00AC1B0F" w:rsidRPr="009964A4" w:rsidRDefault="009964A4" w:rsidP="009964A4">
      <w:pPr>
        <w:pBdr>
          <w:bottom w:val="single" w:sz="4" w:space="1" w:color="auto"/>
        </w:pBdr>
        <w:rPr>
          <w:rFonts w:asciiTheme="majorBidi" w:hAnsiTheme="majorBidi" w:cstheme="majorBidi"/>
        </w:rPr>
      </w:pPr>
      <w:r w:rsidRPr="009964A4">
        <w:rPr>
          <w:rFonts w:asciiTheme="majorBidi" w:hAnsiTheme="majorBidi" w:cstheme="majorBidi"/>
          <w:b/>
          <w:sz w:val="28"/>
        </w:rPr>
        <w:lastRenderedPageBreak/>
        <w:t>Thursday:</w:t>
      </w:r>
      <w:r w:rsidR="002C0484" w:rsidRPr="009964A4">
        <w:rPr>
          <w:rFonts w:asciiTheme="majorBidi" w:hAnsiTheme="majorBidi" w:cstheme="majorBidi"/>
          <w:b/>
          <w:sz w:val="28"/>
        </w:rPr>
        <w:t xml:space="preserve"> Simple Interest</w:t>
      </w:r>
    </w:p>
    <w:p w14:paraId="541DDA17" w14:textId="77777777" w:rsidR="00462C78" w:rsidRPr="00462C78" w:rsidRDefault="00462C78" w:rsidP="00462C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>Write a Python program to calculate the simple interest (SI).</w:t>
      </w:r>
    </w:p>
    <w:p w14:paraId="184488E9" w14:textId="77777777" w:rsidR="00462C78" w:rsidRPr="00462C78" w:rsidRDefault="00462C78" w:rsidP="00462C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b/>
          <w:bCs/>
          <w:sz w:val="24"/>
          <w:szCs w:val="24"/>
          <w:lang w:val="en-SA"/>
        </w:rPr>
        <w:t>Given: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Principal (P) = 5000, Annual Interest Rate (R) = 7%, Time (T) = 3 years </w:t>
      </w:r>
    </w:p>
    <w:p w14:paraId="18452358" w14:textId="77777777" w:rsidR="00462C78" w:rsidRPr="00462C78" w:rsidRDefault="00462C78" w:rsidP="00462C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b/>
          <w:bCs/>
          <w:sz w:val="24"/>
          <w:szCs w:val="24"/>
          <w:lang w:val="en-SA"/>
        </w:rPr>
        <w:t>Formula:</w:t>
      </w: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 xml:space="preserve"> </w:t>
      </w:r>
    </w:p>
    <w:p w14:paraId="2F69B27F" w14:textId="77777777" w:rsidR="00462C78" w:rsidRPr="00462C78" w:rsidRDefault="00462C78" w:rsidP="00462C7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SA"/>
        </w:rPr>
      </w:pPr>
      <w:r w:rsidRPr="00462C78">
        <w:rPr>
          <w:rFonts w:ascii="Times New Roman" w:eastAsia="Times New Roman" w:hAnsi="Times New Roman" w:cs="Times New Roman"/>
          <w:sz w:val="24"/>
          <w:szCs w:val="24"/>
          <w:lang w:val="en-SA"/>
        </w:rPr>
        <w:t>Simple Interest (SI) = (P × R × T) / 100</w:t>
      </w:r>
    </w:p>
    <w:p w14:paraId="0742078B" w14:textId="77777777" w:rsidR="00AC1B0F" w:rsidRPr="009964A4" w:rsidRDefault="002C0484">
      <w:pPr>
        <w:rPr>
          <w:rFonts w:asciiTheme="majorBidi" w:hAnsiTheme="majorBidi" w:cstheme="majorBidi"/>
          <w:sz w:val="24"/>
          <w:szCs w:val="24"/>
        </w:rPr>
      </w:pPr>
      <w:r w:rsidRPr="009964A4">
        <w:rPr>
          <w:rFonts w:asciiTheme="majorBidi" w:hAnsiTheme="majorBidi" w:cstheme="majorBidi"/>
          <w:b/>
          <w:sz w:val="24"/>
          <w:szCs w:val="24"/>
        </w:rPr>
        <w:t>Sample Run:</w:t>
      </w:r>
    </w:p>
    <w:p w14:paraId="0B280590" w14:textId="77777777" w:rsidR="00AC1B0F" w:rsidRPr="009964A4" w:rsidRDefault="002C0484">
      <w:pPr>
        <w:spacing w:after="160"/>
        <w:rPr>
          <w:rFonts w:ascii="Courier New" w:hAnsi="Courier New" w:cs="Courier New"/>
        </w:rPr>
      </w:pPr>
      <w:r w:rsidRPr="009964A4">
        <w:rPr>
          <w:rFonts w:ascii="Courier New" w:hAnsi="Courier New" w:cs="Courier New"/>
        </w:rPr>
        <w:t>Simple Interest = 1050</w:t>
      </w:r>
    </w:p>
    <w:p w14:paraId="5DA70E2B" w14:textId="77777777" w:rsidR="00AC1B0F" w:rsidRDefault="00AC1B0F" w:rsidP="009964A4"/>
    <w:sectPr w:rsidR="00AC1B0F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F841E" w14:textId="77777777" w:rsidR="002F509C" w:rsidRDefault="002F509C" w:rsidP="00903566">
      <w:pPr>
        <w:spacing w:after="0" w:line="240" w:lineRule="auto"/>
      </w:pPr>
      <w:r>
        <w:separator/>
      </w:r>
    </w:p>
  </w:endnote>
  <w:endnote w:type="continuationSeparator" w:id="0">
    <w:p w14:paraId="56152805" w14:textId="77777777" w:rsidR="002F509C" w:rsidRDefault="002F509C" w:rsidP="00903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671AB" w14:textId="77777777" w:rsidR="002F509C" w:rsidRDefault="002F509C" w:rsidP="00903566">
      <w:pPr>
        <w:spacing w:after="0" w:line="240" w:lineRule="auto"/>
      </w:pPr>
      <w:r>
        <w:separator/>
      </w:r>
    </w:p>
  </w:footnote>
  <w:footnote w:type="continuationSeparator" w:id="0">
    <w:p w14:paraId="284A8DB9" w14:textId="77777777" w:rsidR="002F509C" w:rsidRDefault="002F509C" w:rsidP="00903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0" w:type="dxa"/>
      <w:jc w:val="center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shd w:val="clear" w:color="auto" w:fill="CEDDEB"/>
      <w:tblLayout w:type="fixed"/>
      <w:tblLook w:val="04A0" w:firstRow="1" w:lastRow="0" w:firstColumn="1" w:lastColumn="0" w:noHBand="0" w:noVBand="1"/>
    </w:tblPr>
    <w:tblGrid>
      <w:gridCol w:w="3541"/>
      <w:gridCol w:w="6779"/>
    </w:tblGrid>
    <w:tr w:rsidR="00903566" w14:paraId="2537D35A" w14:textId="77777777" w:rsidTr="00903566">
      <w:trPr>
        <w:trHeight w:val="870"/>
        <w:jc w:val="center"/>
      </w:trPr>
      <w:tc>
        <w:tcPr>
          <w:tcW w:w="10314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EFFFF"/>
          <w:tcMar>
            <w:top w:w="80" w:type="dxa"/>
            <w:left w:w="80" w:type="dxa"/>
            <w:bottom w:w="80" w:type="dxa"/>
            <w:right w:w="80" w:type="dxa"/>
          </w:tcMar>
          <w:hideMark/>
        </w:tcPr>
        <w:p w14:paraId="2E1E03E8" w14:textId="77777777" w:rsidR="00903566" w:rsidRDefault="00903566" w:rsidP="00903566">
          <w:pPr>
            <w:pStyle w:val="BodyA"/>
            <w:spacing w:line="276" w:lineRule="auto"/>
            <w:jc w:val="center"/>
            <w:rPr>
              <w:rFonts w:eastAsia="Calibri" w:cs="Calibri"/>
              <w:b/>
              <w:bCs/>
              <w:kern w:val="2"/>
              <w14:ligatures w14:val="standardContextual"/>
            </w:rPr>
          </w:pPr>
          <w:r>
            <w:rPr>
              <w:rFonts w:eastAsia="Calibri" w:cs="Calibri"/>
              <w:b/>
              <w:bCs/>
              <w:kern w:val="2"/>
              <w14:ligatures w14:val="standardContextual"/>
            </w:rPr>
            <w:t>KING SAUD UNIVERSITY</w:t>
          </w:r>
        </w:p>
        <w:p w14:paraId="5088A53C" w14:textId="77777777" w:rsidR="00903566" w:rsidRDefault="00903566" w:rsidP="00903566">
          <w:pPr>
            <w:pStyle w:val="BodyA"/>
            <w:spacing w:line="276" w:lineRule="auto"/>
            <w:jc w:val="center"/>
            <w:rPr>
              <w:kern w:val="2"/>
              <w14:ligatures w14:val="standardContextual"/>
            </w:rPr>
          </w:pPr>
          <w:r>
            <w:rPr>
              <w:rFonts w:eastAsia="Calibri" w:cs="Calibri"/>
              <w:b/>
              <w:bCs/>
              <w:kern w:val="2"/>
              <w14:ligatures w14:val="standardContextual"/>
            </w:rPr>
            <w:t>COLLEGE OF COMPUTER AND INFORMATION SCIENCES</w:t>
          </w:r>
          <w:r>
            <w:rPr>
              <w:rFonts w:eastAsia="Calibri" w:cs="Calibri"/>
              <w:b/>
              <w:bCs/>
              <w:kern w:val="2"/>
              <w14:ligatures w14:val="standardContextual"/>
            </w:rPr>
            <w:br/>
            <w:t>Computer Science Department</w:t>
          </w:r>
        </w:p>
      </w:tc>
    </w:tr>
    <w:tr w:rsidR="00903566" w14:paraId="7C41C7AD" w14:textId="77777777" w:rsidTr="00903566">
      <w:trPr>
        <w:trHeight w:val="600"/>
        <w:jc w:val="center"/>
      </w:trPr>
      <w:tc>
        <w:tcPr>
          <w:tcW w:w="35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80" w:type="dxa"/>
            <w:left w:w="80" w:type="dxa"/>
            <w:bottom w:w="80" w:type="dxa"/>
            <w:right w:w="80" w:type="dxa"/>
          </w:tcMar>
          <w:vAlign w:val="center"/>
          <w:hideMark/>
        </w:tcPr>
        <w:p w14:paraId="69B3F464" w14:textId="77777777" w:rsidR="00903566" w:rsidRDefault="00903566" w:rsidP="00903566">
          <w:pPr>
            <w:pStyle w:val="BodyA"/>
            <w:tabs>
              <w:tab w:val="center" w:pos="4320"/>
              <w:tab w:val="right" w:pos="8640"/>
            </w:tabs>
            <w:spacing w:line="276" w:lineRule="auto"/>
            <w:jc w:val="center"/>
            <w:rPr>
              <w:rFonts w:eastAsia="Calibri" w:cs="Calibri"/>
              <w:b/>
              <w:bCs/>
              <w:kern w:val="2"/>
              <w14:ligatures w14:val="standardContextual"/>
            </w:rPr>
          </w:pPr>
          <w:r>
            <w:rPr>
              <w:rFonts w:eastAsia="Calibri" w:cs="Calibri"/>
              <w:b/>
              <w:bCs/>
              <w:kern w:val="2"/>
              <w14:ligatures w14:val="standardContextual"/>
            </w:rPr>
            <w:t>CSC 111</w:t>
          </w:r>
        </w:p>
        <w:p w14:paraId="37B39238" w14:textId="77777777" w:rsidR="00903566" w:rsidRDefault="00903566" w:rsidP="00903566">
          <w:pPr>
            <w:pStyle w:val="BodyA"/>
            <w:tabs>
              <w:tab w:val="center" w:pos="4320"/>
              <w:tab w:val="right" w:pos="8640"/>
            </w:tabs>
            <w:spacing w:line="276" w:lineRule="auto"/>
            <w:jc w:val="center"/>
            <w:rPr>
              <w:b/>
              <w:bCs/>
              <w:kern w:val="2"/>
              <w14:ligatures w14:val="standardContextual"/>
            </w:rPr>
          </w:pPr>
          <w:r>
            <w:rPr>
              <w:rFonts w:eastAsia="Calibri" w:cs="Calibri"/>
              <w:b/>
              <w:bCs/>
              <w:kern w:val="2"/>
              <w14:ligatures w14:val="standardContextual"/>
            </w:rPr>
            <w:t>Computer Programming - I</w:t>
          </w:r>
        </w:p>
      </w:tc>
      <w:tc>
        <w:tcPr>
          <w:tcW w:w="67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80" w:type="dxa"/>
            <w:left w:w="80" w:type="dxa"/>
            <w:bottom w:w="80" w:type="dxa"/>
            <w:right w:w="80" w:type="dxa"/>
          </w:tcMar>
          <w:vAlign w:val="center"/>
          <w:hideMark/>
        </w:tcPr>
        <w:p w14:paraId="7EFD4BC7" w14:textId="77777777" w:rsidR="00903566" w:rsidRDefault="00903566" w:rsidP="00903566">
          <w:pPr>
            <w:pStyle w:val="BodyA"/>
            <w:spacing w:line="276" w:lineRule="auto"/>
            <w:jc w:val="center"/>
            <w:rPr>
              <w:rFonts w:eastAsia="Calibri" w:cs="Calibri"/>
              <w:b/>
              <w:bCs/>
              <w:kern w:val="2"/>
              <w:rtl/>
              <w14:ligatures w14:val="standardContextual"/>
            </w:rPr>
          </w:pPr>
          <w:r>
            <w:rPr>
              <w:rFonts w:eastAsia="Calibri" w:cs="Calibri"/>
              <w:b/>
              <w:bCs/>
              <w:kern w:val="2"/>
              <w14:ligatures w14:val="standardContextual"/>
            </w:rPr>
            <w:t>Lab # 3</w:t>
          </w:r>
        </w:p>
        <w:p w14:paraId="5650FE8A" w14:textId="77777777" w:rsidR="00903566" w:rsidRDefault="00903566" w:rsidP="00903566">
          <w:pPr>
            <w:pStyle w:val="BodyA"/>
            <w:tabs>
              <w:tab w:val="center" w:pos="4320"/>
              <w:tab w:val="right" w:pos="8640"/>
            </w:tabs>
            <w:spacing w:line="276" w:lineRule="auto"/>
            <w:jc w:val="center"/>
            <w:rPr>
              <w:b/>
              <w:bCs/>
              <w:kern w:val="2"/>
              <w:sz w:val="23"/>
              <w:szCs w:val="23"/>
              <w14:ligatures w14:val="standardContextual"/>
            </w:rPr>
          </w:pPr>
        </w:p>
      </w:tc>
    </w:tr>
  </w:tbl>
  <w:p w14:paraId="029625FF" w14:textId="77777777" w:rsidR="00903566" w:rsidRDefault="00903566" w:rsidP="00903566">
    <w:pPr>
      <w:pStyle w:val="Header"/>
      <w:rPr>
        <w:rFonts w:asciiTheme="minorHAnsi" w:hAnsiTheme="minorHAnsi"/>
        <w:kern w:val="2"/>
        <w:sz w:val="24"/>
        <w:szCs w:val="24"/>
        <w:rtl/>
        <w14:ligatures w14:val="standardContextual"/>
      </w:rPr>
    </w:pPr>
  </w:p>
  <w:p w14:paraId="553C5BB6" w14:textId="77777777" w:rsidR="00903566" w:rsidRDefault="009035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B85E42"/>
    <w:multiLevelType w:val="multilevel"/>
    <w:tmpl w:val="82FC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391482"/>
    <w:multiLevelType w:val="multilevel"/>
    <w:tmpl w:val="C67C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905E04"/>
    <w:multiLevelType w:val="multilevel"/>
    <w:tmpl w:val="1930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9957A8"/>
    <w:multiLevelType w:val="multilevel"/>
    <w:tmpl w:val="234A2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4C6F76"/>
    <w:multiLevelType w:val="multilevel"/>
    <w:tmpl w:val="B3925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4366BE"/>
    <w:multiLevelType w:val="hybridMultilevel"/>
    <w:tmpl w:val="BD702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017586">
    <w:abstractNumId w:val="8"/>
  </w:num>
  <w:num w:numId="2" w16cid:durableId="2067338807">
    <w:abstractNumId w:val="6"/>
  </w:num>
  <w:num w:numId="3" w16cid:durableId="943150908">
    <w:abstractNumId w:val="5"/>
  </w:num>
  <w:num w:numId="4" w16cid:durableId="1019308286">
    <w:abstractNumId w:val="4"/>
  </w:num>
  <w:num w:numId="5" w16cid:durableId="859204833">
    <w:abstractNumId w:val="7"/>
  </w:num>
  <w:num w:numId="6" w16cid:durableId="1483622272">
    <w:abstractNumId w:val="3"/>
  </w:num>
  <w:num w:numId="7" w16cid:durableId="1307123693">
    <w:abstractNumId w:val="2"/>
  </w:num>
  <w:num w:numId="8" w16cid:durableId="1367944426">
    <w:abstractNumId w:val="1"/>
  </w:num>
  <w:num w:numId="9" w16cid:durableId="1671832746">
    <w:abstractNumId w:val="0"/>
  </w:num>
  <w:num w:numId="10" w16cid:durableId="1214191690">
    <w:abstractNumId w:val="14"/>
  </w:num>
  <w:num w:numId="11" w16cid:durableId="989286041">
    <w:abstractNumId w:val="12"/>
  </w:num>
  <w:num w:numId="12" w16cid:durableId="1724332045">
    <w:abstractNumId w:val="9"/>
  </w:num>
  <w:num w:numId="13" w16cid:durableId="1720933837">
    <w:abstractNumId w:val="11"/>
  </w:num>
  <w:num w:numId="14" w16cid:durableId="47539636">
    <w:abstractNumId w:val="13"/>
  </w:num>
  <w:num w:numId="15" w16cid:durableId="12781025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A67"/>
    <w:rsid w:val="0015074B"/>
    <w:rsid w:val="0029639D"/>
    <w:rsid w:val="002C0484"/>
    <w:rsid w:val="002F509C"/>
    <w:rsid w:val="00326F90"/>
    <w:rsid w:val="0040598A"/>
    <w:rsid w:val="0042147C"/>
    <w:rsid w:val="00462C78"/>
    <w:rsid w:val="008C3415"/>
    <w:rsid w:val="00903566"/>
    <w:rsid w:val="009964A4"/>
    <w:rsid w:val="00AA1D8D"/>
    <w:rsid w:val="00AC1B0F"/>
    <w:rsid w:val="00AD5E87"/>
    <w:rsid w:val="00B47730"/>
    <w:rsid w:val="00B8389C"/>
    <w:rsid w:val="00CB0664"/>
    <w:rsid w:val="00DC259E"/>
    <w:rsid w:val="00EC1F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B13C3"/>
  <w14:defaultImageDpi w14:val="300"/>
  <w15:docId w15:val="{6B91FA46-6A24-4679-B669-CC30DA8A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A">
    <w:name w:val="Body A"/>
    <w:rsid w:val="00903566"/>
    <w:pP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paragraph" w:customStyle="1" w:styleId="pdq2pgselectionanchorcontainer">
    <w:name w:val="pdq2pg_selectionanchorcontainer"/>
    <w:basedOn w:val="Normal"/>
    <w:rsid w:val="00421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SA"/>
    </w:rPr>
  </w:style>
  <w:style w:type="character" w:styleId="HTMLCode">
    <w:name w:val="HTML Code"/>
    <w:basedOn w:val="DefaultParagraphFont"/>
    <w:uiPriority w:val="99"/>
    <w:semiHidden/>
    <w:unhideWhenUsed/>
    <w:rsid w:val="00462C7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7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bc4ffc-7257-4c20-9bb7-7315e4625385" xsi:nil="true"/>
    <lcf76f155ced4ddcb4097134ff3c332f xmlns="69e7bdbe-7cbf-4fde-89a7-731c40d008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9BA70EBA52B4BAFFD1308A786D09A" ma:contentTypeVersion="9" ma:contentTypeDescription="Create a new document." ma:contentTypeScope="" ma:versionID="bade448f5891494aae37440835651d6b">
  <xsd:schema xmlns:xsd="http://www.w3.org/2001/XMLSchema" xmlns:xs="http://www.w3.org/2001/XMLSchema" xmlns:p="http://schemas.microsoft.com/office/2006/metadata/properties" xmlns:ns2="69e7bdbe-7cbf-4fde-89a7-731c40d00823" xmlns:ns3="1dbc4ffc-7257-4c20-9bb7-7315e4625385" targetNamespace="http://schemas.microsoft.com/office/2006/metadata/properties" ma:root="true" ma:fieldsID="219b33964cb32fa98ba2739ee497fd9d" ns2:_="" ns3:_="">
    <xsd:import namespace="69e7bdbe-7cbf-4fde-89a7-731c40d00823"/>
    <xsd:import namespace="1dbc4ffc-7257-4c20-9bb7-7315e46253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7bdbe-7cbf-4fde-89a7-731c40d00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f137a-b2ee-462a-b875-a540100c8c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4ffc-7257-4c20-9bb7-7315e46253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0e2502-0db0-4a4f-9cf6-0e5f178ba37c}" ma:internalName="TaxCatchAll" ma:showField="CatchAllData" ma:web="1dbc4ffc-7257-4c20-9bb7-7315e4625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392203-7F5D-4E2E-B2D6-8CC6C90B866C}">
  <ds:schemaRefs>
    <ds:schemaRef ds:uri="http://schemas.microsoft.com/office/2006/metadata/properties"/>
    <ds:schemaRef ds:uri="http://schemas.microsoft.com/office/infopath/2007/PartnerControls"/>
    <ds:schemaRef ds:uri="1dbc4ffc-7257-4c20-9bb7-7315e4625385"/>
    <ds:schemaRef ds:uri="69e7bdbe-7cbf-4fde-89a7-731c40d00823"/>
  </ds:schemaRefs>
</ds:datastoreItem>
</file>

<file path=customXml/itemProps2.xml><?xml version="1.0" encoding="utf-8"?>
<ds:datastoreItem xmlns:ds="http://schemas.openxmlformats.org/officeDocument/2006/customXml" ds:itemID="{112D7A3F-AC87-418F-92B1-2E9A0AFB73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DBC80A-9110-49D9-8A07-1AF8314B15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805E32-D37A-4F71-9146-878A82144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e7bdbe-7cbf-4fde-89a7-731c40d00823"/>
    <ds:schemaRef ds:uri="1dbc4ffc-7257-4c20-9bb7-7315e46253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Malak Mohammad Almojaly</cp:lastModifiedBy>
  <cp:revision>3</cp:revision>
  <dcterms:created xsi:type="dcterms:W3CDTF">2026-09-05T07:27:00Z</dcterms:created>
  <dcterms:modified xsi:type="dcterms:W3CDTF">2026-09-05T07:45:00Z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0x010100FC69BA70EBA52B4BAFFD1308A786D09A</vt:lpwstr>
  </property>
</Properties>
</file>